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הפעלת מרכזוני הלשון בסבב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שורש ולבנות משפחת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שם ותואר במין ובמספר ולהכיר זמנים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מבנה הסבב בין תחנות ולזהות תפקידים בקבוצה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שורשים ומשפחות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לכולן אותו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ל-מ-ד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שולחן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מילים עם אותו שורש ומשמעות קרובה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אותו שורש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 - תחנות וסבב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בכרטיסי התפקידים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שומר/ת הזמן עוקב/ת אחרי הטיימר ומזכיר/ה כשנשארו 2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התפקיד שלו/ה לפי כרטיסי התפקידים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כרטיס היציאה ממולא בסיכום, בדקות האחרונות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זכר ונקבה, יחיד ורבים וזמנים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קוראות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כתבנו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ילמדו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תפקיד לתיאור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(קורא/ת את כרטיס הכללים ודואג/ת שכולם משתתפים)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(עוקב/ת אחרי הטיימר ומודיע/ה כשנשארו 2 דקות)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(מחזיק/ה את פס הבדיקה העצמית ובודק/ת בסוף כל סבב)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(מחזיר/ה את כל הכרטיסים למעטפה לפי המספור)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(מספר/ת לכיתה בסיום מה למדנו בתחנה)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הסבב בתחנה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כרטיס הכללים בתחנה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משחקים במשחק המרכזון כשבע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עורכים בדיקה עצמית עם פס הבדיקה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מסדרים את הכרטיסים חזרה במעטפה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קריאה והבנה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הדבר הכי חשוב שהטקסט רוצה לספר לקורא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פתיחה שמציגה דמות, מקום וזמן בצורה ברורה ומעניינת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המילה קשורה לאחד הנושאים: שורש, התאמה, זמן, קריאה או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עם נימוק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כנה שתעזור למורה לתכנן את הסבב הבא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בדף כחימום לפני תחילת הסבב או כסיכום בסוף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לקבוצות עולים וחנ״מ מומלץ לצמצם את מספר הפריטים ולהתמקד בחלקים הפשוטים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כל חלק בדף לתחנה המתאימה בלוח הסבב כדי לחזק את הקשר בין התרגול לפעילות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הפעלת מרכזוני הלשון בסבב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היום עובדים בקבוצות קטנות. כל קבוצה עוברת בין שלוש תחנות משחק. בכל תחנה לומדים דבר אחר בעברית. לכל ילד יש תפקיד בקבוצה.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או ארבע אותיות שחוזרות במילים מאותה משפחה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משפחת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שונות עם אותו שורש ומשמעות קרובה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התאמה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ותואר צריכים להתאים במין (זכר/נקבה) ובמספר (יחיד/רבים)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זמן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עבר, הווה או עתיד - מתי קרתה הפעולה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רעיון מרכזי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הדבר הכי חשוב שהטקסט מספר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רצף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הסדר שבו קורים דברים בסיפור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מרכזון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תחנת משחק קטנה שמתרגלת נושא אחד בלשון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 תפקיד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שמסביר מה התפקיד של כל חבר בקבוצה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שורשים ומשפחות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דומה במילים מכתב, כתובת, כותבת?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כולן שמות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לכולן אותו שורש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כולן בזמן 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כולן ברבים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מצאו את שלוש האותיות שחוזרות במילה למדנו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ל-מ-ד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מ-ד-נ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ל-מ-נ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ד-נ-ו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לא קשורה למשחק?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שחקן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בחרו את ההגדרה הנכונה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מילים שמתחילות באותה 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מילים עם אותו שורש ומשמעות קרובה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מילים באותו אורך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מילים מאותו 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דומה בין המילים קורא, קריאה, קרוא?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אותו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אותו שורש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אותו מין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אותו מספר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 - תחנות וסבב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תחנה יש כרטיס תפקידים שמחלק אחריות בין חברי הקבוצה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שומר/ת הזמן אחראי/ת לכתוב את הסיפור של הקבוצה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הבודק/ת משתמש/ת בפס הבדיקה העצמית בסוף כל סבב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היציאה ממולא בתחילת השיעור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זכר ונקבה, יחיד ורבים וזמנים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הילד __________ (לרוץ, הווה) מהר מאוד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הילדות __________ (לקרוא, הווה) ספר מעניין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הכלבה ה__________ (גדול) ישנה בחצר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אתמול אנחנו __________ (לכתוב, עבר) סיפור 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מחר הם __________ (ללמוד, עתיד) מילים חדשות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תפקיד לתיאור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מנחה התחנה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מספר/ת לכיתה בסיום מה למדנו בתחנה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שומר/ת 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מחזיר/ה את כל הכרטיסים למעטפה לפי המספור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בודק/ת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עוקב/ת אחרי הטיימר ומודיע/ה כשנשארו 2 דקות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אחראי/ת ציוד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מחזיק/ה את פס הבדיקה העצמית ובודק/ת בסוף כל סבב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שגריר/ה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קורא/ת את כרטיס הכללים ודואג/ת שכולם משתתפים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הסבב בתחנה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עורכים בדיקה עצמית עם פס הבדיקה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מסדרים את הכרטיסים חזרה במעטפה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משחקים במשחק המרכזון כשבע דקות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כרטיס הכללים בתחנה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קריאה והבנה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רעיון מרכזי בטקסט? כתבו במשפט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פתיחה קצרה לסיפור: מי הדמות, היכן והמתי מתרחש הסיפור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חדשה שלמדתם היום באחת התחנות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באיזה מרכזון היה הכי מעניין לכם ולמה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באיזה מרכזון אתם מרגישים שצריך עוד 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הפעלת מרכזוני הלשון בסבב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