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הלשון בסבב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ולבנות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ותואר במין ובמספר ולהכיר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הסבב בין תחנות ולזהות תפקידים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לכולן 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תחנות וסבב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התפקיד שלו/ה לפי כרטיסי התפקידים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זכר ונקבה, יחיד ורבים וזמנים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(קורא/ת את כרטיס הכללים ודואג/ת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(עוקב/ת אחרי הטיימר ומודיע/ה כשנשארו 2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(מחזיק/ה את פס הבדיקה העצמית ובודק/ת בסוף 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(מחזיר/ה את כל הכרטיסים למעטפה לפי המספור)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הסבב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כרטיס הכללים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 במשחק המרכזון כשבע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עורכים בדיקה עצמית עם פס הבדיקה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קריאה והבנה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הדבר הכי חשוב שהטקסט רוצה לספר לקורא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קשורה לאחד הנושאים: שורש, התאמה, זמן, קריאה או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שתעזור למורה לתכנן את הסבב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כחימום לפני תחילת הסבב או כסיכום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לקבוצות עולים וחנ״מ מומלץ לצמצם את מספר הפריטים ולהתמקד בחלקים הפשוטים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חלק בדף לתחנה המתאימה בלוח הסבב כדי לחזק את הקשר בין התרגול לפעילות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הלשון בסבב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עובדים במרכזונים בסבב של שלוש תחנות. בכל תחנה יש משחק אחר בלשון, ולכל חבר בקבוצה יש תפקיד. דף זה מתרגל את מה שלומדים בתחנות ואת אופן העבודה בסבב.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רץ  ·  קוראות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המשותף למילים מכתב, כתובת, 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כולן שמות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לכולן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כולן בזמן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מ-ד-נ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ל-מ-נ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תחנות וסבב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תחנה יש כרטיס תפקידים שמחלק אחריות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הבודק/ת משתמש/ת בפס הבדיקה העצמית בסוף כל סבב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זכר ונקבה, יחיד ורבים וזמנים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__________ (לרוץ, הווה) מהר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הילדות __________ (לקרוא, הווה) ספר מעניין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מחזיק/ה את פס הבדיקה העצמית ובודק/ת בסוף כל סבב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מחזיר/ה את כל הכרטיסים למעטפה לפי המספור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עוקב/ת אחרי הטיימר ומודיע/ה כשנשארו 2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קורא/ת את כרטיס הכללים ודואג/ת שכולם משתתפים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הסבב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משחקים במשחק המרכזון כשבע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עורכים בדיקה עצמית עם פס הבדיקה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כרטיס הכללים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קריאה והבנה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רעיון מרכזי בטקסט? כתבו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חדשה שלמדתם היום באחת התחנות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מרכזון היה הכי מעניין לכם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הפעלת מרכזוני הלשון בסבב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